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Sailing Instructor</w:t>
      </w:r>
    </w:p>
    <w:p>
      <w:pPr>
        <w:spacing w:before="0" w:after="240"/>
      </w:pPr>
      <w:r>
        <w:t>I am writing to express my interest in the Sailing Instructor position at [Company Name]. With a strong background in teaching sailing and a commitment to safety, I am confident I can contribute to your team and help students develop their skills on the water.</w:t>
      </w:r>
    </w:p>
    <w:p>
      <w:pPr>
        <w:spacing w:before="0" w:after="240"/>
      </w:pPr>
      <w:r>
        <w:t>In my previous role at a sailing club, I delivered practical lessons to groups of up to eight students, focusing on tacking, gybing and sail trim. I consistently assessed students against the Australian Sailing syllabus and maintained a fleet of training dinghies, ensuring all equipment was safe and ready for use. I also led emergency response drills, which improved our club's safety record and student confidence.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am eager to bring my skills in instruction and safety to your organisation and contribute to your reputation for quality sailing education.</w:t>
      </w:r>
    </w:p>
    <w:p>
      <w:pPr>
        <w:spacing w:before="0" w:after="240"/>
      </w:pPr>
      <w:r>
        <w:t>Thank you for considering my application. I have attached my resume for your review and would welcome the opportunity to discuss how I can contribute to your team. I look forward to hearing from you.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