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Sales Engineer</w:t>
      </w:r>
    </w:p>
    <w:p>
      <w:pPr>
        <w:spacing w:before="0" w:after="240"/>
      </w:pPr>
      <w:r>
        <w:t>I am writing to apply for the Sales Engineer position at [Company Name]. With a strong background in technical solutions and consultative selling, I am confident I can help bridge the gap between your engineering and sales teams to deliver tailored outcomes for customers.</w:t>
      </w:r>
    </w:p>
    <w:p>
      <w:pPr>
        <w:spacing w:before="0" w:after="240"/>
      </w:pPr>
      <w:r>
        <w:t>In my current role, I led a proof-of-concept trial for a complex software integration that had stalled in the sales cycle. By working closely with the customer's technical team to understand their pain points and configuring a demo that addressed them directly, I helped the account executive secure a contract that had been at risk. This involved preparing a detailed cost-benefit analysis and scoping customisations with our engineers to ensure feasibility.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contribute to your team and help customers achieve their goals through your solutions.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and experience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