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Sales Representative</w:t>
      </w:r>
    </w:p>
    <w:p>
      <w:pPr>
        <w:spacing w:before="0" w:after="240"/>
      </w:pPr>
      <w:r>
        <w:t>I am writing to apply for the Sales Representative position at [Company Name]. I bring hands-on experience managing client relationships and closing deals in target-driven environments, and I am confident I can contribute to your sales team from day one.</w:t>
      </w:r>
    </w:p>
    <w:p>
      <w:pPr>
        <w:spacing w:before="0" w:after="240"/>
      </w:pPr>
      <w:r>
        <w:t>In a previous role I managed a portfolio of wholesale and retail accounts, using discovery conversations to uncover client needs before tailoring product presentations to match. By negotiating terms directly with key accounts and keeping my CRM pipeline current, I was able to forecast accurately for management and close deals that met margin expectations without relying on discounting as a default tactic.</w:t>
      </w:r>
    </w:p>
    <w:p>
      <w:pPr>
        <w:spacing w:before="0" w:after="240"/>
      </w:pPr>
      <w:r>
        <w:t>I am particularly interested in working with [Company Name] because [add one genuine, specific reason: a project, value, or market position you can point to]. This aligns with my own approach to sales, which is built on understanding client needs rather than pushing volume for its own sake.</w:t>
      </w:r>
    </w:p>
    <w:p>
      <w:pPr>
        <w:spacing w:before="0" w:after="240"/>
      </w:pPr>
      <w:r>
        <w:t>Thank you for considering my application. I have attached my resume for your review and would welcome the opportunity to discuss how my experience in account management and negotiation could support your sales targets.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