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School Counsellor</w:t>
      </w:r>
    </w:p>
    <w:p>
      <w:pPr>
        <w:spacing w:before="0" w:after="240"/>
      </w:pPr>
      <w:r>
        <w:t>I am writing to apply for the School Counsellor position at [Company Name]. My background in student wellbeing and pastoral care, combined with experience running both individual counselling sessions and group programs, makes me well suited to supporting your students through the personal, social and academic challenges they face.</w:t>
      </w:r>
    </w:p>
    <w:p>
      <w:pPr>
        <w:spacing w:before="0" w:after="240"/>
      </w:pPr>
      <w:r>
        <w:t>In my most recent role, I managed a caseload of students referred for social and emotional support, working with each one to set counselling goals and track progress through detailed case notes. I also designed and delivered a series of resilience workshops for a year group experiencing high levels of exam-related anxiety, coordinating closely with classroom teachers so the strategies we covered carried through into everyday teaching practice.</w:t>
      </w:r>
    </w:p>
    <w:p>
      <w:pPr>
        <w:spacing w:before="0" w:after="240"/>
      </w:pPr>
      <w:r>
        <w:t>[Company Name] [add one genuine, specific reason: a project, value, or market position you can point to], and I would welcome the chance to contribute to that work as part of the wellbeing team.</w:t>
      </w:r>
    </w:p>
    <w:p>
      <w:pPr>
        <w:spacing w:before="0" w:after="240"/>
      </w:pPr>
      <w:r>
        <w:t>Thank you for considering my application. I have attached my resume, which sets out my experience and qualifications in more detail, and I would welcome the opportunity to discuss how I can support student wellbeing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