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Screen Printer</w:t>
      </w:r>
    </w:p>
    <w:p>
      <w:pPr>
        <w:spacing w:before="0" w:after="240"/>
      </w:pPr>
      <w:r>
        <w:t>I am writing to apply for the Screen Printer role at [Company Name]. With hands-on experience in screen preparation, ink mixing and press operation across garments and signage, I can step into your production team and contribute from day one.</w:t>
      </w:r>
    </w:p>
    <w:p>
      <w:pPr>
        <w:spacing w:before="0" w:after="240"/>
      </w:pPr>
      <w:r>
        <w:t>In my previous role, I printed a run of 300 hoodies for a client's staff uniform order. I prepared the screens, mixed a custom Pantone ink to match their brand colour, and set up a six-colour carousel press. I inspected every piece before curing and caught a slight registration drift on the fourth screen early, so I adjusted it before any misprints were cured. The order went out on time with no returns.</w:t>
      </w:r>
    </w:p>
    <w:p>
      <w:pPr>
        <w:spacing w:before="0" w:after="240"/>
      </w:pPr>
      <w:r>
        <w:t>[add one genuine, specific reason: a project, value, or market position you can point to]. I am keen to bring my colour matching and press setup skills to [Company Name].</w:t>
      </w:r>
    </w:p>
    <w:p>
      <w:pPr>
        <w:spacing w:before="0" w:after="240"/>
      </w:pPr>
      <w:r>
        <w:t>Thank you for considering my application. I have attached my resume and would welcome the chance to discuss how I can support your production schedule.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