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Sculptor</w:t>
      </w:r>
    </w:p>
    <w:p>
      <w:pPr>
        <w:spacing w:before="0" w:after="240"/>
      </w:pPr>
      <w:r>
        <w:t>I am writing to apply for the Sculptor role at [Company Name]. With a background in three-dimensional design and a portfolio spanning public art, gallery exhibitions, and private commissions, I am confident I can contribute to your team.</w:t>
      </w:r>
    </w:p>
    <w:p>
      <w:pPr>
        <w:spacing w:before="0" w:after="240"/>
      </w:pPr>
      <w:r>
        <w:t>In my recent practice, I designed and installed a large-scale metal sculpture for a council public art program. The project involved creating maquettes, sourcing and fabricating materials, and coordinating with engineers and riggers to ensure a safe and timely installation. The work was completed within the agreed three-month timeline and has since been used as a landmark for the area.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share your commitment to creating work that engages with place and community, and I am keen to bring my skills in carving, casting, and digital modelling to your studio.</w:t>
      </w:r>
    </w:p>
    <w:p>
      <w:pPr>
        <w:spacing w:before="0" w:after="240"/>
      </w:pPr>
      <w:r>
        <w:t>Thank you for considering my application. I have attached my resume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