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Seafood Process Worker</w:t>
      </w:r>
    </w:p>
    <w:p>
      <w:pPr>
        <w:spacing w:before="0" w:after="240"/>
      </w:pPr>
      <w:r>
        <w:t>I am applying for the Seafood Process Worker role at [Company Name]. I have hands-on experience on chilled seafood lines, from filleting and trimming through to packing and clean-down, and I work well in the cold, fast-paced conditions this job demands.</w:t>
      </w:r>
    </w:p>
    <w:p>
      <w:pPr>
        <w:spacing w:before="0" w:after="240"/>
      </w:pPr>
      <w:r>
        <w:t>In my current role, I work on a chilled filleting line where overnight catch has to be portioned, weighed and packed before the morning dispatch. I fillet flathead and snapper to order, check each fillet for bones and defects, and load the vacuum packer while keeping batch labels and use-by dates correct. When a delivery of prawns arrived warmer than it should have, I stopped the line, isolated the batch and alerted the supervisor, which kept questionable product out of the retail run. I also sharpen my own knives each morning and help clean the band saw and benches at the end of shift.</w:t>
      </w:r>
    </w:p>
    <w:p>
      <w:pPr>
        <w:spacing w:before="0" w:after="240"/>
      </w:pPr>
      <w:r>
        <w:t>I would like to work for [Company Name] because [add one genuine, specific reason: a project, value, or market position you can point to]. I want to bring my knife skills, food safety habits and reliability to a team that takes pride in sending fresh, well-presented seafood to customers.</w:t>
      </w:r>
    </w:p>
    <w:p>
      <w:pPr>
        <w:spacing w:before="0" w:after="240"/>
      </w:pPr>
      <w:r>
        <w:t>Thank you for considering my application. My resume is attached, and I would welcome the chance to talk about how I can contribute to your processing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