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Security Consultant</w:t>
      </w:r>
    </w:p>
    <w:p>
      <w:pPr>
        <w:spacing w:before="0" w:after="240"/>
      </w:pPr>
      <w:r>
        <w:t>I am writing to apply for the Security Consultant role at [Company Name]. With a background in risk assessment, security operations and regulatory compliance, I am confident I can help your organisation protect its people, property and information.</w:t>
      </w:r>
    </w:p>
    <w:p>
      <w:pPr>
        <w:spacing w:before="0" w:after="240"/>
      </w:pPr>
      <w:r>
        <w:t>In a previous role, I conducted a security risk assessment for a multi-site government agency. I identified gaps in perimeter control and access management, then designed and implemented revised procedures and an emergency plan. The changes reduced unauthorised access attempts and improved audit compliance across all sites. I also investigated a series of after-hours incidents, producing reports that led to targeted training and a noticeable drop in repeat breaches.</w:t>
      </w:r>
    </w:p>
    <w:p>
      <w:pPr>
        <w:spacing w:before="0" w:after="240"/>
      </w:pPr>
      <w:r>
        <w:t>I am particularly drawn to [Company Name] because [add one genuine, specific reason: a project, value, or market position you can point to]. I would welcome the opportunity to contribute to your security consulting work.</w:t>
      </w:r>
    </w:p>
    <w:p>
      <w:pPr>
        <w:spacing w:before="0" w:after="240"/>
      </w:pPr>
      <w:r>
        <w:t>Thank you for considering my application. I have attached my resume and look forward to discussing how my experience in security consulting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