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Security Guard</w:t>
      </w:r>
    </w:p>
    <w:p>
      <w:pPr>
        <w:spacing w:before="0" w:after="240"/>
      </w:pPr>
      <w:r>
        <w:t>I'm writing to apply for the Security Guard position at [Company Name]. My background covers site patrols, access control and incident response, and I hold the licensing and training this role requires.</w:t>
      </w:r>
    </w:p>
    <w:p>
      <w:pPr>
        <w:spacing w:before="0" w:after="240"/>
      </w:pPr>
      <w:r>
        <w:t>In a previous posting I managed access control at a restricted site during a period of heightened contractor traffic, cross-checking IDs against visitor logs and catching two attempts at unauthorised entry before they became a problem. I've also handled crowd movement and head counts at public events, keeping exit paths clear and communicating calmly with attendees when queues built up. Writing up incidents clearly and promptly is second nature to me, and I know how to escalate to police or emergency services without hesitation when a situation calls for it.</w:t>
      </w:r>
    </w:p>
    <w:p>
      <w:pPr>
        <w:spacing w:before="0" w:after="240"/>
      </w:pPr>
      <w:r>
        <w:t>[add one genuine, specific reason: a project, value, or market position you can point to] makes this role appealing beyond the day-to-day patrol work. I want to bring my attention to detail and steady approach under pressure to a team that takes site security seriously.</w:t>
      </w:r>
    </w:p>
    <w:p>
      <w:pPr>
        <w:spacing w:before="0" w:after="240"/>
      </w:pPr>
      <w:r>
        <w:t>Thank you for considering my application. I've attached my resume and would welcome the chance to discuss how my experience fits the role.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