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Security Technician</w:t>
      </w:r>
    </w:p>
    <w:p>
      <w:pPr>
        <w:spacing w:before="0" w:after="240"/>
      </w:pPr>
      <w:r>
        <w:t>I am writing to apply for the Security Technician role at [Company Name]. With hands-on experience installing, commissioning and maintaining electronic security systems, I am confident I can contribute to your team from day one.</w:t>
      </w:r>
    </w:p>
    <w:p>
      <w:pPr>
        <w:spacing w:before="0" w:after="240"/>
      </w:pPr>
      <w:r>
        <w:t>In my current role, I installed and commissioned a 30-camera CCTV system across a three-building warehouse complex, integrating it with access control and alarm panels. I ran all structured cabling, programmed the Inner Range Integriti system, and tested every device to AS/NZS 2201.1. The client passed their insurance audit without any security-related findings, and I completed the work two days ahead of schedule.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bring my technical skills to a team that takes pride in reliable installations and long-term client relationships.</w:t>
      </w:r>
    </w:p>
    <w:p>
      <w:pPr>
        <w:spacing w:before="0" w:after="240"/>
      </w:pPr>
      <w:r>
        <w:t>Thank you for considering my application. My resume is attached, and I look forward to discussing how I can contribute to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