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Service Station Attendant</w:t>
      </w:r>
    </w:p>
    <w:p>
      <w:pPr>
        <w:spacing w:before="0" w:after="240"/>
      </w:pPr>
      <w:r>
        <w:t>I am applying for the Service Station Attendant role at [Company Name]. With practical experience across fuel retail, forecourt safety and shop sales, I can step into the console and keep the site trading smoothly from the first shift.</w:t>
      </w:r>
    </w:p>
    <w:p>
      <w:pPr>
        <w:spacing w:before="0" w:after="240"/>
      </w:pPr>
      <w:r>
        <w:t>In my current role I run the console on night shifts at a busy highway site, handling fuel and shop sales, till reconciliation and fuel dip checks on my own. I restocked the drink fridges and oil displays ahead of the morning commuter peak so the shelves stayed full without last-minute scrambling, and I kept the forecourt and spill kits clean and checked so the site passed its compliance walkthrough without follow-up.</w:t>
      </w:r>
    </w:p>
    <w:p>
      <w:pPr>
        <w:spacing w:before="0" w:after="240"/>
      </w:pPr>
      <w:r>
        <w:t>I am applying to [Company Name] because [add one genuine, specific reason: a project, value, or market position you can point to]. I want to work somewhere that takes forecourt safety and customer service seriously, and I would bring the same reliability to your roster.</w:t>
      </w:r>
    </w:p>
    <w:p>
      <w:pPr>
        <w:spacing w:before="0" w:after="240"/>
      </w:pPr>
      <w:r>
        <w:t>Thank you for considering my application. My resume is attached, and I would welcome the chance to talk about how I can support your site.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