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Shearer</w:t>
      </w:r>
    </w:p>
    <w:p>
      <w:pPr>
        <w:spacing w:before="0" w:after="240"/>
      </w:pPr>
      <w:r>
        <w:t>I'm writing to apply for the Shearer position with [Company Name]. I've worked hand and powered shearing gear across multiple sheds and I understand what it takes to keep a tally moving without compromising on animal welfare or wool quality.</w:t>
      </w:r>
    </w:p>
    <w:p>
      <w:pPr>
        <w:spacing w:before="0" w:after="240"/>
      </w:pPr>
      <w:r>
        <w:t>On a recent run I noticed a cutter had started tearing fleece rather than cutting cleanly partway through a pen. I stopped, swapped the part and checked the next few sheep closely before getting back to pace, which kept the fleece quality consistent for the wool classer and avoided any rework on the board. That kind of attention to the small details, alongside the physical stamina the job demands, is what I bring to every shed I work in.</w:t>
      </w:r>
    </w:p>
    <w:p>
      <w:pPr>
        <w:spacing w:before="0" w:after="240"/>
      </w:pPr>
      <w:r>
        <w:t>I'm keen to work with [Company Name] specifically because [add one genuine, specific reason: a project, value, or market position you can point to]. Shearing work means fitting into a shed's rhythm quickly, and I want to bring that adaptability to a team I respect.</w:t>
      </w:r>
    </w:p>
    <w:p>
      <w:pPr>
        <w:spacing w:before="0" w:after="240"/>
      </w:pPr>
      <w:r>
        <w:t>Thank you for considering my application. I've attached my resume with further detail on my experience and I'd welcome the chance to discuss how I can contribute to your shed.</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