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Shed Builder</w:t>
      </w:r>
    </w:p>
    <w:p>
      <w:pPr>
        <w:spacing w:before="0" w:after="240"/>
      </w:pPr>
      <w:r>
        <w:t>I am writing to apply for the Shed Builder role at [Company Name]. With hands-on experience in steel and timber shed construction, I am confident in my ability to deliver durable, code-compliant outbuildings for your clients.</w:t>
      </w:r>
    </w:p>
    <w:p>
      <w:pPr>
        <w:spacing w:before="0" w:after="240"/>
      </w:pPr>
      <w:r>
        <w:t>In my previous role, I prepared and levelled foundations for a range of rural sheds, ensuring proper drainage and compaction to prevent movement. I also erected steel frames and installed cladding on multiple projects, consistently meeting tight deadlines without compromising on safety or quality. One particular project involved a large commercial shed where I coordinated the installation of roof sheets and roller doors, resulting in a weathertight structure that passed final inspection first time.</w:t>
      </w:r>
    </w:p>
    <w:p>
      <w:pPr>
        <w:spacing w:before="0" w:after="240"/>
      </w:pPr>
      <w:r>
        <w:t>I am particularly interested in working with [Company Name] because [add one genuine, specific reason: a project, value, or market position you can point to]. I am excited by the opportunity to contribute to your reputation for quality shed construction.</w:t>
      </w:r>
    </w:p>
    <w:p>
      <w:pPr>
        <w:spacing w:before="0" w:after="240"/>
      </w:pPr>
      <w:r>
        <w:t>Thank you for considering my application. My resume is attached, and I look forward to the opportunity to discuss how my skills and experience align with your needs.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