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Ship Captain</w:t>
      </w:r>
    </w:p>
    <w:p>
      <w:pPr>
        <w:spacing w:before="0" w:after="240"/>
      </w:pPr>
      <w:r>
        <w:t>I am writing to apply for the Ship Captain position with [Company Name]. My command experience on ocean-going vessels, together with a solid record in regulatory compliance and crew leadership, makes me well suited to this role.</w:t>
      </w:r>
    </w:p>
    <w:p>
      <w:pPr>
        <w:spacing w:before="0" w:after="240"/>
      </w:pPr>
      <w:r>
        <w:t>In a recent voyage I managed a full cargo cycle across several ports, coordinating with terminal operators and customs to keep turnaround on schedule while the vessel passed port state control inspections without detention. I kept logbooks and incident reports current throughout the voyage, so when auditors asked for records they had a complete and accurate account of the crossing.</w:t>
      </w:r>
    </w:p>
    <w:p>
      <w:pPr>
        <w:spacing w:before="0" w:after="240"/>
      </w:pPr>
      <w:r>
        <w:t>[Company Name] operates in a sector where safety and reliability decide reputation, and that discipline is exactly what I bring to a bridge. [add one genuine, specific reason: a project, value, or market position you can point to]</w:t>
      </w:r>
    </w:p>
    <w:p>
      <w:pPr>
        <w:spacing w:before="0" w:after="240"/>
      </w:pPr>
      <w:r>
        <w:t>Thank you for considering my application. I have attached my resume, which sets out my certificates of competency and command history in full, and I would welcome the chance to discuss how I can contribute to [Company Name]'s operations.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