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Shipping Clerk</w:t>
      </w:r>
    </w:p>
    <w:p>
      <w:pPr>
        <w:spacing w:before="0" w:after="240"/>
      </w:pPr>
      <w:r>
        <w:t>I am writing to apply for the Shipping Clerk role at [Company Name]. With hands-on experience in warehouse despatch and a strong focus on accuracy, I am confident I can ensure your outbound orders are processed efficiently and correctly.</w:t>
      </w:r>
    </w:p>
    <w:p>
      <w:pPr>
        <w:spacing w:before="0" w:after="240"/>
      </w:pPr>
      <w:r>
        <w:t>In my previous role, I introduced a simple double-check process for pick slips and labels, which cut dispatch errors and reduced the need for reprints. I also managed daily carrier bookings through StarTrack and Australia Post, consistently meeting cut-off times even during peak periods.</w:t>
      </w:r>
    </w:p>
    <w:p>
      <w:pPr>
        <w:spacing w:before="0" w:after="240"/>
      </w:pPr>
      <w:r>
        <w:t>I am keen to work for [Company Name] because [add one genuine, specific reason: a project, value, or market position you can point to]. I want to contribute to a team that values precision and reliability in its logistics operations.</w:t>
      </w:r>
    </w:p>
    <w:p>
      <w:pPr>
        <w:spacing w:before="0" w:after="240"/>
      </w:pPr>
      <w:r>
        <w:t>Thank you for considering my application. My resume is attached, and I look forward to the opportunity to discuss how I can support your despatch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