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Singer</w:t>
      </w:r>
    </w:p>
    <w:p>
      <w:pPr>
        <w:spacing w:before="0" w:after="240"/>
      </w:pPr>
      <w:r>
        <w:t>I am writing to apply for the role of Singer with [Company Name]. With a background in live performance, studio recording and collaborative rehearsal, I am confident I can bring a strong, adaptable voice to your upcoming program.</w:t>
      </w:r>
    </w:p>
    <w:p>
      <w:pPr>
        <w:spacing w:before="0" w:after="240"/>
      </w:pPr>
      <w:r>
        <w:t>In a recent recording session for a local independent release, I tracked lead and harmony vocals across four songs in a single day, working with the producer to refine phrasing and comp the best takes before the studio clock ran out. The session required quick adjustments to tone and delivery, and the final stems were used without further re-recording.</w:t>
      </w:r>
    </w:p>
    <w:p>
      <w:pPr>
        <w:spacing w:before="0" w:after="240"/>
      </w:pPr>
      <w:r>
        <w:t>I am drawn to [Company Name] because [add one genuine, specific reason: a project, value, or market position you can point to]. I would welcome the chance to contribute to your performances or recordings and to grow with your team.</w:t>
      </w:r>
    </w:p>
    <w:p>
      <w:pPr>
        <w:spacing w:before="0" w:after="240"/>
      </w:pPr>
      <w:r>
        <w:t>Thank you for considering my application. My resume is attached, and I would appreciate the opportunity to discuss how my voice and experience can support your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