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Site Reliability Engineer</w:t>
      </w:r>
    </w:p>
    <w:p>
      <w:pPr>
        <w:spacing w:before="0" w:after="240"/>
      </w:pPr>
      <w:r>
        <w:t>I'm writing to apply for the Site Reliability Engineer position at [Company Name]. My background sits at the intersection of software development and operations, which matches the mix of automation, monitoring and incident response this role calls for.</w:t>
      </w:r>
    </w:p>
    <w:p>
      <w:pPr>
        <w:spacing w:before="0" w:after="240"/>
      </w:pPr>
      <w:r>
        <w:t>In my current role I built a monitoring and alerting stack using Prometheus that gave the team visibility into service health before customers noticed a problem. When outages did happen, I ran the post-incident review process, working through root cause and tracking preventative fixes so the same failure didn't recur. That discipline of closing the loop after an incident, not just responding to it, is what I'd bring to your infrastructure.</w:t>
      </w:r>
    </w:p>
    <w:p>
      <w:pPr>
        <w:spacing w:before="0" w:after="240"/>
      </w:pPr>
      <w:r>
        <w:t>[Company Name] [add one genuine, specific reason: a project, value, or market position you can point to], and that's the kind of environment where reliability engineering carries real weight rather than being an afterthought.</w:t>
      </w:r>
    </w:p>
    <w:p>
      <w:pPr>
        <w:spacing w:before="0" w:after="240"/>
      </w:pPr>
      <w:r>
        <w:t>Thank you for considering my application. I've attached my resume with further detail on my experience across cloud infrastructure, automation tooling and incident management, and I'd welcome the chance to discuss how I can contribute to your team's reliability goals.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