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Ski Patroller</w:t>
      </w:r>
    </w:p>
    <w:p>
      <w:pPr>
        <w:spacing w:before="0" w:after="240"/>
      </w:pPr>
      <w:r>
        <w:t>I am writing to apply for the Ski Patroller role at [Company Name]. With hands-on experience in alpine safety, avalanche control and emergency response, I am confident I can help keep your guests and staff safe across the mountain.</w:t>
      </w:r>
    </w:p>
    <w:p>
      <w:pPr>
        <w:spacing w:before="0" w:after="240"/>
      </w:pPr>
      <w:r>
        <w:t>In my most recent season, I was first on scene to a skier with a suspected fractured wrist on a busy blue run. I assessed the injury, applied a splint, and packaged the patient for toboggan transport. Along with another patroller, we had the patient at the first aid room within 12 minutes of the call, and I completed the incident report before the end of the day. I also ran morning snowpack tests and recorded results that informed the day's avalanche risk rating.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snow safety and patient care skills to a resort that takes both guest experience and risk management seriously.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patrol team this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