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Slaughterer</w:t>
      </w:r>
    </w:p>
    <w:p>
      <w:pPr>
        <w:spacing w:before="0" w:after="240"/>
      </w:pPr>
      <w:r>
        <w:t>I am writing to apply for the Slaughterer role at [Company Name]. With hands-on experience in abattoir operations and a strong commitment to animal welfare and food safety, I am confident I can contribute to your processing team from day one.</w:t>
      </w:r>
    </w:p>
    <w:p>
      <w:pPr>
        <w:spacing w:before="0" w:after="240"/>
      </w:pPr>
      <w:r>
        <w:t>In my most recent position, I consistently met daily processing targets while maintaining strict hygiene and animal welfare standards. I took pride in ensuring every animal was stunned and bled humanely, and I regularly inspected internal organs for abnormalities, reporting findings to the meat inspector. My careful knife work helped reduce carcase damage and rework, and I was trusted to train new staff on safe knife handling and sanitation procedures.</w:t>
      </w:r>
    </w:p>
    <w:p>
      <w:pPr>
        <w:spacing w:before="0" w:after="240"/>
      </w:pPr>
      <w:r>
        <w:t>Why this employer: [add one genuine, specific reason: a project, value, or market position you can point to]. I am keen to bring my skills to [Company Name] and contribute to your reputation for quality and compliance.</w:t>
      </w:r>
    </w:p>
    <w:p>
      <w:pPr>
        <w:spacing w:before="0" w:after="240"/>
      </w:pPr>
      <w:r>
        <w:t>Thank you for considering my application. I have attached my resume and would welcome the opportunity to discuss how I can support your team.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