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Small Engine Mechanic</w:t>
      </w:r>
    </w:p>
    <w:p>
      <w:pPr>
        <w:spacing w:before="0" w:after="240"/>
      </w:pPr>
      <w:r>
        <w:t>I am writing to apply for the Small Engine Mechanic position at [Company Name]. With hands-on experience repairing and servicing a wide range of small petrol and diesel engines, I am confident I can keep your customers' equipment running reliably.</w:t>
      </w:r>
    </w:p>
    <w:p>
      <w:pPr>
        <w:spacing w:before="0" w:after="240"/>
      </w:pPr>
      <w:r>
        <w:t>In my current role, I diagnose and repair mowers, chainsaws, trimmers and generators. One recent example involved a batch of commercial mowers from a local council that were hard to start and down on power. I traced the issue to clogged carburettors and worn spark plugs, serviced the fuel systems, replaced the plugs and adjusted the valves. All units returned to reliable starting and full power, and the council has since brought its trimmer fleet to us for scheduled servicing.</w:t>
      </w:r>
    </w:p>
    <w:p>
      <w:pPr>
        <w:spacing w:before="0" w:after="240"/>
      </w:pPr>
      <w:r>
        <w:t>I am particularly drawn to [Company Name] because [add one genuine, specific reason: a project, value, or market position you can point to]. I want to bring my diagnostic skills and commitment to safety to a team that values quality workmanship.</w:t>
      </w:r>
    </w:p>
    <w:p>
      <w:pPr>
        <w:spacing w:before="0" w:after="240"/>
      </w:pPr>
      <w:r>
        <w:t>Thank you for considering my application. My resume is attached and provides further detail on my experience and qualifications. I look forward to the opportunity to discuss how I can contribute to your workshop.</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