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Solicitor</w:t>
      </w:r>
    </w:p>
    <w:p>
      <w:pPr>
        <w:spacing w:before="0" w:after="240"/>
      </w:pPr>
      <w:r>
        <w:t>I am writing to apply for the Solicitor role with [Company Name]. My background in contract drafting, client advice and dispute support matches the day-to-day demands of this position, and I am ready to take on a caseload spanning commercial, property and litigation matters.</w:t>
      </w:r>
    </w:p>
    <w:p>
      <w:pPr>
        <w:spacing w:before="0" w:after="240"/>
      </w:pPr>
      <w:r>
        <w:t>In a recent matter I managed a residential conveyancing file where settlement was at risk due to a title discrepancy raised late by the bank's solicitors. I researched the relevant land title legislation, drafted an amended settlement notice and coordinated directly with the opposing solicitor and the client's mortgage broker, which allowed settlement to proceed on the original date without penalty to my client.</w:t>
      </w:r>
    </w:p>
    <w:p>
      <w:pPr>
        <w:spacing w:before="0" w:after="240"/>
      </w:pPr>
      <w:r>
        <w:t>[add one genuine, specific reason: a project, value, or market position you can point to] is what draws me to [Company Name] specifically, and I would welcome the chance to contribute to that work as part of the team.</w:t>
      </w:r>
    </w:p>
    <w:p>
      <w:pPr>
        <w:spacing w:before="0" w:after="240"/>
      </w:pPr>
      <w:r>
        <w:t>Thank you for considering my application. I have attached my resume and would welcome the opportunity to discuss how my experience in drafting, research and client management could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