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Solid Plasterer</w:t>
      </w:r>
    </w:p>
    <w:p>
      <w:pPr>
        <w:spacing w:before="0" w:after="240"/>
      </w:pPr>
      <w:r>
        <w:t>I am writing to apply for the Solid Plasterer role at [Company Name]. With trade qualifications and hands-on experience across residential and commercial projects, I am confident I can deliver the high-quality finishes your team is known for.</w:t>
      </w:r>
    </w:p>
    <w:p>
      <w:pPr>
        <w:spacing w:before="0" w:after="240"/>
      </w:pPr>
      <w:r>
        <w:t>In a recent role, I was responsible for preparing surfaces, mixing plaster and render, and applying coats to interior and exterior walls on a multi-unit development. I also repaired and patched damaged plasterwork, matching existing textures so that repairs were invisible. My attention to detail meant my work passed inspection first time, reducing the need for rework and keeping the project on schedule.</w:t>
      </w:r>
    </w:p>
    <w:p>
      <w:pPr>
        <w:spacing w:before="0" w:after="240"/>
      </w:pPr>
      <w:r>
        <w:t>I am particularly interested in working for [Company Name] because [add one genuine, specific reason: a project, value, or market position you can point to]. I share your commitment to quality and safety, and I would welcome the chance to contribute to your upcoming projects.</w:t>
      </w:r>
    </w:p>
    <w:p>
      <w:pPr>
        <w:spacing w:before="0" w:after="240"/>
      </w:pPr>
      <w:r>
        <w:t>Thank you for considering my application. I have attached my resume for your review and look forward to the opportunity to discuss how my skills match your needs.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