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Special Needs Dentist</w:t>
      </w:r>
    </w:p>
    <w:p>
      <w:pPr>
        <w:spacing w:before="0" w:after="240"/>
      </w:pPr>
      <w:r>
        <w:t>I am writing to apply for the Special Needs Dentist role at [Company Name]. With specialist registration in special needs dentistry and experience across hospital, community and private settings, I am confident I can help your team deliver accessible oral care to patients with complex needs.</w:t>
      </w:r>
    </w:p>
    <w:p>
      <w:pPr>
        <w:spacing w:before="0" w:after="240"/>
      </w:pPr>
      <w:r>
        <w:t>In my current role, I introduced a structured desensitisation program for patients with autism and severe dental anxiety. By combining visual supports, short familiarisation appointments and close coordination with carers, I helped a group of patients who had previously needed general anaesthesia for routine examinations complete their check-ups and preventive care in the chair. This reduced the demand for theatre time and gave patients and families a more predictable, less distressing experience.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particularly interested in how your service supports people with disability and complex medical needs, and I would welcome the chance to contribute to that work.</w:t>
      </w:r>
    </w:p>
    <w:p>
      <w:pPr>
        <w:spacing w:before="0" w:after="240"/>
      </w:pPr>
      <w:r>
        <w:t>Thank you for considering my application. I have attached my resume, which outlines my clinical experience and specialist training. I look forward to discussing how I can support your patients and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