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"/>
      </w:pPr>
      <w:r>
        <w:rPr>
          <w:b/>
          <w:color w:val="14161D"/>
          <w:sz w:val="40"/>
        </w:rPr>
        <w:t>Your Name</w:t>
      </w:r>
    </w:p>
    <w:p>
      <w:pPr>
        <w:spacing w:before="0" w:after="320"/>
      </w:pPr>
      <w:r>
        <w:rPr>
          <w:color w:val="4B5058"/>
          <w:sz w:val="19"/>
        </w:rPr>
        <w:t>your.email@example.com   •   0400 000 000</w:t>
      </w:r>
    </w:p>
    <w:p>
      <w:pPr>
        <w:spacing w:before="0" w:after="200"/>
      </w:pPr>
      <w:r>
        <w:t>[Date]</w:t>
      </w:r>
    </w:p>
    <w:p>
      <w:pPr>
        <w:spacing w:before="0" w:after="200"/>
      </w:pPr>
      <w:r>
        <w:t>[Hiring Manager Name]</w:t>
        <w:br/>
        <w:t>[Company Name]</w:t>
        <w:br/>
        <w:t>[Company Address]</w:t>
      </w:r>
    </w:p>
    <w:p>
      <w:pPr>
        <w:spacing w:before="120" w:after="280"/>
        <w:pBdr>
          <w:bottom w:val="single" w:sz="6" w:space="4" w:color="DFDED8"/>
        </w:pBdr>
      </w:pPr>
      <w:r>
        <w:rPr>
          <w:b/>
          <w:color w:val="2F62D9"/>
          <w:sz w:val="24"/>
        </w:rPr>
        <w:t>Re: Application for Sports Coach</w:t>
      </w:r>
    </w:p>
    <w:p>
      <w:pPr>
        <w:spacing w:before="0" w:after="240"/>
      </w:pPr>
      <w:r>
        <w:t>I'm writing to apply for the Sports Coach position at [Company Name]. My background in periodised training design and hands-on technical coaching lines up well with a role that needs both structured planning and real-time judgement on the field.</w:t>
      </w:r>
    </w:p>
    <w:p>
      <w:pPr>
        <w:spacing w:before="0" w:after="240"/>
      </w:pPr>
      <w:r>
        <w:t>In a recent season I noticed a squad's conversion rate dropping in the final quarter of matches. I broke down match footage, identified a fitness and decision-making gap under fatigue, and rebuilt the last six weeks of the training block around conditioning and small-sided game scenarios that mirrored those match conditions. The team's late-game performance improved noticeably by finals.</w:t>
      </w:r>
    </w:p>
    <w:p>
      <w:pPr>
        <w:spacing w:before="0" w:after="240"/>
      </w:pPr>
      <w:r>
        <w:t>What draws me to [Company Name] specifically is [add one genuine, specific reason: a project, value, or market position you can point to]. I want to bring my coaching approach into a program with that kind of focus.</w:t>
      </w:r>
    </w:p>
    <w:p>
      <w:pPr>
        <w:spacing w:before="0" w:after="240"/>
      </w:pPr>
      <w:r>
        <w:t>Thank you for considering my application. I've attached my resume and would welcome the chance to discuss how I could contribute to the coaching program at [Company Name].</w:t>
      </w:r>
    </w:p>
    <w:p>
      <w:pPr>
        <w:spacing w:before="160" w:after="0"/>
      </w:pPr>
      <w:r>
        <w:t>Kind regards,</w:t>
        <w:br/>
        <w:t>Your Name</w:t>
      </w:r>
    </w:p>
    <w:sectPr w:rsidR="00FC693F" w:rsidRPr="0006063C" w:rsidSect="00034616"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200" w:line="300" w:lineRule="auto"/>
    </w:pPr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