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Sport and Exercise Physician</w:t>
      </w:r>
    </w:p>
    <w:p>
      <w:pPr>
        <w:spacing w:before="0" w:after="240"/>
      </w:pPr>
      <w:r>
        <w:t>I am writing to express my interest in the Sport and Exercise Physician role at [Company Name]. With fellowship training and hands-on experience in sport and exercise medicine, I am confident I can contribute to your team's commitment to keeping people active and healthy.</w:t>
      </w:r>
    </w:p>
    <w:p>
      <w:pPr>
        <w:spacing w:before="0" w:after="240"/>
      </w:pPr>
      <w:r>
        <w:t>In my current role, I diagnose and treat musculoskeletal injuries for athletes ranging from weekend warriors to elite competitors. I recently worked with a semi-professional football club to implement an injury prevention program that reduced hamstring strain incidence across the season. I also collaborate closely with physiotherapists to design rehabilitation plans that support safe return to play.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would welcome the chance to bring my skills in exercise medicine to your organisation.</w:t>
      </w:r>
    </w:p>
    <w:p>
      <w:pPr>
        <w:spacing w:before="0" w:after="240"/>
      </w:pPr>
      <w:r>
        <w:t>Thank you for considering my application. My resume is attached, and I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