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Scientist</w:t>
      </w:r>
    </w:p>
    <w:p>
      <w:pPr>
        <w:spacing w:before="0" w:after="240"/>
      </w:pPr>
      <w:r>
        <w:t>I am applying for the Sports Scientist role at [Company Name]. With a strong foundation in exercise science and hands-on experience monitoring athletes and designing training programs, I am confident I can contribute to your performance team.</w:t>
      </w:r>
    </w:p>
    <w:p>
      <w:pPr>
        <w:spacing w:before="0" w:after="240"/>
      </w:pPr>
      <w:r>
        <w:t>In my most recent role, I managed the daily monitoring of a 40-player squad using Catapult GPS and Smartabase. By interpreting load and wellness data and adjusting programs in consultation with coaches, I helped reduce soft tissue injuries over the season. I also conducted fitness assessments and provided individual feedback that supported several athletes in achieving personal bests in key performance tests.</w:t>
      </w:r>
    </w:p>
    <w:p>
      <w:pPr>
        <w:spacing w:before="0" w:after="240"/>
      </w:pPr>
      <w:r>
        <w:t>I am drawn to [add one genuine, specific reason: a project, value, or market position you can point to]. I am keen to bring my analytical skills and collaborative approach to your team.</w:t>
      </w:r>
    </w:p>
    <w:p>
      <w:pPr>
        <w:spacing w:before="0" w:after="240"/>
      </w:pPr>
      <w:r>
        <w:t>Thank you for considering my application. I have attached my resume and look forward to discussing how I can support your athletes' performance and welfare.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