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Sports Umpire</w:t>
      </w:r>
    </w:p>
    <w:p>
      <w:pPr>
        <w:spacing w:before="0" w:after="240"/>
      </w:pPr>
      <w:r>
        <w:t>I am writing to apply for the Sports Umpire role at [Company Name]. With accreditation through a national sporting body and experience officiating community and school competitions, I am confident I can apply the laws fairly and keep matches safe and enjoyable for all participants.</w:t>
      </w:r>
    </w:p>
    <w:p>
      <w:pPr>
        <w:spacing w:before="0" w:after="240"/>
      </w:pPr>
      <w:r>
        <w:t>In my most recent season, I umpired over 50 matches across junior and senior grades. During a tight final where player conduct threatened to boil over, I used clear communication and calm positioning to defuse the situation, issuing a single report that was upheld by the governing body. I also introduced a pre-match routine with fellow officials to confirm signals and radio protocols, which cut down on confusion during play and helped us submit match reports the same day.</w:t>
      </w:r>
    </w:p>
    <w:p>
      <w:pPr>
        <w:spacing w:before="0" w:after="240"/>
      </w:pPr>
      <w:r>
        <w:t>I want to umpire for [Company Name] because [add one genuine, specific reason: a project, value, or market position you can point to]. I also value your competition's focus on fair play and safe participation, and I am keen to develop my officiating within your framework.</w:t>
      </w:r>
    </w:p>
    <w:p>
      <w:pPr>
        <w:spacing w:before="0" w:after="240"/>
      </w:pPr>
      <w:r>
        <w:t>Thank you for considering my application. I have attached my resume and would welcome the chance to discuss how my umpiring experience meets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