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Statistical Assistant</w:t>
      </w:r>
    </w:p>
    <w:p>
      <w:pPr>
        <w:spacing w:before="0" w:after="240"/>
      </w:pPr>
      <w:r>
        <w:t>I am writing to apply for the Statistical Assistant position at [Company Name]. My background in data cleaning, coding and reporting aligns closely with the role's focus on reliable datasets and clear analysis.</w:t>
      </w:r>
    </w:p>
    <w:p>
      <w:pPr>
        <w:spacing w:before="0" w:after="240"/>
      </w:pPr>
      <w:r>
        <w:t>In a previous role, I cleaned and coded responses from a large health survey, working through a 2000-record dataset to identify and correct inconsistencies. The cleaned data fed directly into the team's analysis, and my validation checks cut the time spent on manual corrections from three days to one. I also built summary tables in Excel and R that made it easier for the statistician to present findings.</w:t>
      </w:r>
    </w:p>
    <w:p>
      <w:pPr>
        <w:spacing w:before="0" w:after="240"/>
      </w:pPr>
      <w:r>
        <w:t>I am keen to work at [Company Name] because [add one genuine, specific reason: a project, value, or market position you can point to]. I value organisations that prioritise data quality and use evidence to inform decisions.</w:t>
      </w:r>
    </w:p>
    <w:p>
      <w:pPr>
        <w:spacing w:before="0" w:after="240"/>
      </w:pPr>
      <w:r>
        <w:t>Thank you for considering my application. I have attached my resume and would welcome the chance to discuss how I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