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Steel Detailer</w:t>
      </w:r>
    </w:p>
    <w:p>
      <w:pPr>
        <w:spacing w:before="0" w:after="240"/>
      </w:pPr>
      <w:r>
        <w:t>I am writing to apply for the Steel Detailer position at [Company Name]. With hands-on experience producing fabrication drawings and 3D models for structural steel projects, I can help your team deliver accurate, buildable designs that keep fabrication and site work on track.</w:t>
      </w:r>
    </w:p>
    <w:p>
      <w:pPr>
        <w:spacing w:before="0" w:after="240"/>
      </w:pPr>
      <w:r>
        <w:t>In my current role, I modelled a complex plant access platform in Tekla Structures and coordinated connection details with the fabricator and engineer. By resolving a series of clashes before drawings were issued, I cut the number of site queries on that package and helped the installation crew work without delays.</w:t>
      </w:r>
    </w:p>
    <w:p>
      <w:pPr>
        <w:spacing w:before="0" w:after="240"/>
      </w:pPr>
      <w:r>
        <w:t>I am particularly interested in working with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resume, which outlines my software skills and detailing experience, and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