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Steel Erector</w:t>
      </w:r>
    </w:p>
    <w:p>
      <w:pPr>
        <w:spacing w:before="0" w:after="240"/>
      </w:pPr>
      <w:r>
        <w:t>I am writing to apply for the Steel Erector position at [Company Name]. With hands-on experience erecting structural steel and a strong focus on safety and accuracy, I am confident I can contribute to your team from day one.</w:t>
      </w:r>
    </w:p>
    <w:p>
      <w:pPr>
        <w:spacing w:before="0" w:after="240"/>
      </w:pPr>
      <w:r>
        <w:t>In my recent work, I erected a structural steel frame for a warehouse project, hoisting and aligning columns and beams to specification. I used a total station to set out positions and worked with the crane crew to sequence lifts, which kept the project on schedule and passed inspection first time.</w:t>
      </w:r>
    </w:p>
    <w:p>
      <w:pPr>
        <w:spacing w:before="0" w:after="240"/>
      </w:pPr>
      <w:r>
        <w:t>I am keen to work for [Company Name] because [add one genuine, specific reason: a project, value, or market position you can point to].</w:t>
      </w:r>
    </w:p>
    <w:p>
      <w:pPr>
        <w:spacing w:before="0" w:after="240"/>
      </w:pPr>
      <w:r>
        <w:t>Thank you for considering my application. I have attached my resume for your review and would welcome the opportunity to discuss how my skills fit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