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Stevedore</w:t>
      </w:r>
    </w:p>
    <w:p>
      <w:pPr>
        <w:spacing w:before="0" w:after="240"/>
      </w:pPr>
      <w:r>
        <w:t>I am writing to apply for the Stevedore position at [Company Name]. With hands-on experience in container terminals and a strong focus on safety, I am confident I can contribute to your team's efficiency and reliability.</w:t>
      </w:r>
    </w:p>
    <w:p>
      <w:pPr>
        <w:spacing w:before="0" w:after="240"/>
      </w:pPr>
      <w:r>
        <w:t>In my current role, I operate gantry cranes and straddle carriers to move containers between ships and trucks. On one occasion, I noticed a twisted lashing rod during a pre-departure check, which prevented a potential cargo shift at sea. I also coordinate rail movements, and by improving communication with the rail supervisor, we reduced average wagon turnaround from 45 minutes to 30 minutes across a shift.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takes safety and efficiency seriously, and your reputation in the industry aligns with that.</w:t>
      </w:r>
    </w:p>
    <w:p>
      <w:pPr>
        <w:spacing w:before="0" w:after="240"/>
      </w:pPr>
      <w:r>
        <w:t>Thank you for considering my application. My resume is attached, and I would welcome the chance to discuss how my skills can support your operations at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