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Stone Machine Operator</w:t>
      </w:r>
    </w:p>
    <w:p>
      <w:pPr>
        <w:spacing w:before="0" w:after="240"/>
      </w:pPr>
      <w:r>
        <w:t>I am applying for the Stone Machine Operator role with [Company Name]. With several years running bridge saws, CNC routers and polishing lines in benchtop workshops, I can read a job sheet, set the machine and hold the cut to a finished benchtop that fits first time.</w:t>
      </w:r>
    </w:p>
    <w:p>
      <w:pPr>
        <w:spacing w:before="0" w:after="240"/>
      </w:pPr>
      <w:r>
        <w:t>In my current workshop I run the bridge saw and CNC router for kitchen and bathroom jobs. On one run of benchtops for a multi-unit project, I reworked the nesting in Slabsmith and adjusted the cut sequence so we got more usable pieces from each slab and kept the polished edge profiles consistent across every unit. I also handle slab loading with the overhead crane and vacuum lifter, and do the blade changes and daily checks on the saw so the production schedule stays on track.</w:t>
      </w:r>
    </w:p>
    <w:p>
      <w:pPr>
        <w:spacing w:before="0" w:after="240"/>
      </w:pPr>
      <w:r>
        <w:t>I want to work with [Company Name] because [add one genuine, specific reason: a project, value, or market position you can point to]. I am looking for a workshop that takes finish quality and dust control seriously, and where I can keep building my skills on CNC and edge polishing.</w:t>
      </w:r>
    </w:p>
    <w:p>
      <w:pPr>
        <w:spacing w:before="0" w:after="240"/>
      </w:pPr>
      <w:r>
        <w:t>Thank you for considering my application. I have attached my resume and would welcome the chance to talk through how I can contribute to your production team. I am available for a practical test or workshop walk-through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