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Store Manager</w:t>
      </w:r>
    </w:p>
    <w:p>
      <w:pPr>
        <w:spacing w:before="0" w:after="240"/>
      </w:pPr>
      <w:r>
        <w:t>I'm writing to apply for the Store Manager position at [Company Name]. I've spent my career on retail floors, moving from team member roles into running stores day to day, and I understand the balance this job needs between service standards, staff management and the numbers head office wants to see.</w:t>
      </w:r>
    </w:p>
    <w:p>
      <w:pPr>
        <w:spacing w:before="0" w:after="240"/>
      </w:pPr>
      <w:r>
        <w:t>In my last store, I noticed stock discrepancies were creeping up during busy trading weeks. I reworked the receiving and stocktake process, retrained the team on it, and kept a closer eye on high-value lines, which brought shrinkage back under control within a couple of months. That kind of problem, spotting where the operation is leaking money or time and fixing it without disrupting the customer experience, is where I do my best work.</w:t>
      </w:r>
    </w:p>
    <w:p>
      <w:pPr>
        <w:spacing w:before="0" w:after="240"/>
      </w:pPr>
      <w:r>
        <w:t>[Company Name] stands out to me because [add one genuine, specific reason: a project, value, or market position you can point to]. I'd like to bring my operational background to a team that's building on that.</w:t>
      </w:r>
    </w:p>
    <w:p>
      <w:pPr>
        <w:spacing w:before="0" w:after="240"/>
      </w:pPr>
      <w:r>
        <w:t>Thank you for considering my application. I've attached my resume with more detail on my experience and would welcome the chance to discuss how I could contribute to your store.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