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Strata Manager</w:t>
      </w:r>
    </w:p>
    <w:p>
      <w:pPr>
        <w:spacing w:before="0" w:after="240"/>
      </w:pPr>
      <w:r>
        <w:t>I am writing to apply for the Strata Manager position at [Company Name]. With my experience in strata management and a strong focus on compliance and financial oversight, I am confident I can support your owners corporations effectively.</w:t>
      </w:r>
    </w:p>
    <w:p>
      <w:pPr>
        <w:spacing w:before="0" w:after="240"/>
      </w:pPr>
      <w:r>
        <w:t>In my current role, I manage a portfolio of 25 schemes. I introduced a preventative maintenance schedule that reduced emergency repair call-outs by coordinating regular inspections and contractor reviews. I also streamlined levy collection by implementing automated reminders, which cut the number of overdue accounts from 40 to 15 within six months. These improvements helped committees maintain healthy sinking funds and avoid special levies.</w:t>
      </w:r>
    </w:p>
    <w:p>
      <w:pPr>
        <w:spacing w:before="0" w:after="240"/>
      </w:pPr>
      <w:r>
        <w:t>I am particularly drawn to [Company Name] because [add one genuine, specific reason: a project, value, or market position you can point to]. I am keen to contribute to your team and support your clients with the same dedication.</w:t>
      </w:r>
    </w:p>
    <w:p>
      <w:pPr>
        <w:spacing w:before="0" w:after="240"/>
      </w:pPr>
      <w:r>
        <w:t>Thank you for considering my application. My resume is attached, and I look forward to the opportunity to discuss how I can contribute to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