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Strategy Manager</w:t>
      </w:r>
    </w:p>
    <w:p>
      <w:pPr>
        <w:spacing w:before="0" w:after="240"/>
      </w:pPr>
      <w:r>
        <w:t>I am writing to apply for the Strategy Manager role at [Company Name]. My background in strategic planning and cross-functional alignment makes me a strong fit for your team.</w:t>
      </w:r>
    </w:p>
    <w:p>
      <w:pPr>
        <w:spacing w:before="0" w:after="240"/>
      </w:pPr>
      <w:r>
        <w:t>In my current role, I led a market and competitor analysis for a professional services firm that identified two adjacent segments with strong growth potential. I drafted a three-year strategic plan, defined the KPIs to track progress, and ran workshops with department heads to align their annual plans. When quarterly results showed one segment lagging, I recommended a reallocation of effort that brought it back on track within two quarters.</w:t>
      </w:r>
    </w:p>
    <w:p>
      <w:pPr>
        <w:spacing w:before="0" w:after="240"/>
      </w:pPr>
      <w:r>
        <w:t>I am drawn to [Company Name] because of [add one genuine, specific reason: a project, value, or market position you can point to]. I want to contribute to a business where strategy is not just a document but a set of priorities that teams can act on.</w:t>
      </w:r>
    </w:p>
    <w:p>
      <w:pPr>
        <w:spacing w:before="0" w:after="240"/>
      </w:pPr>
      <w:r>
        <w:t>Thank you for considering my application. My resume is attached and provides further detail on my experience and qualifications.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