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Strength and Conditioning Coach</w:t>
      </w:r>
    </w:p>
    <w:p>
      <w:pPr>
        <w:spacing w:before="0" w:after="240"/>
      </w:pPr>
      <w:r>
        <w:t>I am writing to apply for the Strength and Conditioning Coach role with [Company Name]. With a background in exercise science and hands-on experience preparing athletes across team and individual sports, I am confident I can add to your performance program from the first week.</w:t>
      </w:r>
    </w:p>
    <w:p>
      <w:pPr>
        <w:spacing w:before="0" w:after="240"/>
      </w:pPr>
      <w:r>
        <w:t>In my most recent role, I built and ran a pre-season block for a squad of 30 athletes, from the initial movement screen through to the final testing week. I used VALD ForceDecks and NordBord data to set individual targets, then adjusted weekly sessions based on GPS load and wellness scores. By the end of the block, the group had improved acceleration times and squat scores, and the physiotherapy team reported fewer soft tissue niggles during the heavy training weeks.</w:t>
      </w:r>
    </w:p>
    <w:p>
      <w:pPr>
        <w:spacing w:before="0" w:after="240"/>
      </w:pPr>
      <w:r>
        <w:t>I am keen to work with [Company Name] because [add one genuine, specific reason: a project, value, or market position you can point to]. I want to bring my program design and monitoring skills to a setting where athlete availability and long-term development are treated as priorities.</w:t>
      </w:r>
    </w:p>
    <w:p>
      <w:pPr>
        <w:spacing w:before="0" w:after="240"/>
      </w:pPr>
      <w:r>
        <w:t>Thank you for considering my application. I have attached my resume and would welcome the chance to discuss how my experience fits your program.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