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Structural Engineer</w:t>
      </w:r>
    </w:p>
    <w:p>
      <w:pPr>
        <w:spacing w:before="0" w:after="240"/>
      </w:pPr>
      <w:r>
        <w:t>I'm writing to apply for the Structural Engineer position at [Company Name]. My background in structural analysis, code compliance and construction documentation lines up closely with what this role demands, and I'd welcome the chance to bring that to your team.</w:t>
      </w:r>
    </w:p>
    <w:p>
      <w:pPr>
        <w:spacing w:before="0" w:after="240"/>
      </w:pPr>
      <w:r>
        <w:t>In a recent project I ran load calculations and finite-element modelling in ETABS for a multi-storey frame, then worked back through the architectural drawings to flag two clashes between structural members and services before documentation went out for tender. That early check meant the design went to construction with fewer RFIs and no delay to the program.</w:t>
      </w:r>
    </w:p>
    <w:p>
      <w:pPr>
        <w:spacing w:before="0" w:after="240"/>
      </w:pPr>
      <w:r>
        <w:t>[add one genuine, specific reason: a project, value, or market position you can point to] is what draws me to [Company Name] specifically, and I'd be glad to talk through how my experience with load analysis, code compliance and site sign-off could support the projects you have coming up.</w:t>
      </w:r>
    </w:p>
    <w:p>
      <w:pPr>
        <w:spacing w:before="0" w:after="240"/>
      </w:pPr>
      <w:r>
        <w:t>Thank you for considering my application. I've attached my resume with further detail on my experience and would welcome the opportunity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