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</w:pPr>
      <w:r>
        <w:rPr>
          <w:b/>
          <w:color w:val="14161D"/>
          <w:sz w:val="40"/>
        </w:rPr>
        <w:t>Your Name</w:t>
      </w:r>
    </w:p>
    <w:p>
      <w:pPr>
        <w:spacing w:before="0" w:after="320"/>
      </w:pPr>
      <w:r>
        <w:rPr>
          <w:color w:val="4B5058"/>
          <w:sz w:val="19"/>
        </w:rPr>
        <w:t>your.email@example.com   •   0400 000 000</w:t>
      </w:r>
    </w:p>
    <w:p>
      <w:pPr>
        <w:spacing w:before="0" w:after="200"/>
      </w:pPr>
      <w:r>
        <w:t>[Date]</w:t>
      </w:r>
    </w:p>
    <w:p>
      <w:pPr>
        <w:spacing w:before="0" w:after="200"/>
      </w:pPr>
      <w:r>
        <w:t>[Hiring Manager Name]</w:t>
        <w:br/>
        <w:t>[Company Name]</w:t>
        <w:br/>
        <w:t>[Company Address]</w:t>
      </w:r>
    </w:p>
    <w:p>
      <w:pPr>
        <w:spacing w:before="120" w:after="280"/>
        <w:pBdr>
          <w:bottom w:val="single" w:sz="6" w:space="4" w:color="DFDED8"/>
        </w:pBdr>
      </w:pPr>
      <w:r>
        <w:rPr>
          <w:b/>
          <w:color w:val="2F62D9"/>
          <w:sz w:val="24"/>
        </w:rPr>
        <w:t>Re: Application for Student Services Adviser</w:t>
      </w:r>
    </w:p>
    <w:p>
      <w:pPr>
        <w:spacing w:before="0" w:after="240"/>
      </w:pPr>
      <w:r>
        <w:t>I am writing to apply for the Student Services Adviser position at [Company Name]. With a background in student support and a strong commitment to helping students navigate enrolment, study pathways and personal challenges, I am confident I can contribute to your team.</w:t>
      </w:r>
    </w:p>
    <w:p>
      <w:pPr>
        <w:spacing w:before="0" w:after="240"/>
      </w:pPr>
      <w:r>
        <w:t>In my current role, I support a caseload of students across multiple courses, referring them to counselling, financial and health services as needed. I recently coordinated an orientation program that grew attendance from 100 to 150 students by partnering with student clubs and running targeted email campaigns to first-year students. I also maintain accurate case notes in Callista and StudentOne, ensuring that follow-up support is timely and well documented.</w:t>
      </w:r>
    </w:p>
    <w:p>
      <w:pPr>
        <w:spacing w:before="0" w:after="240"/>
      </w:pPr>
      <w:r>
        <w:t>I am particularly drawn to [Company Name] because [add one genuine, specific reason: a project, value, or market position you can point to]. I am eager to bring my skills in case management and student support to your team.</w:t>
      </w:r>
    </w:p>
    <w:p>
      <w:pPr>
        <w:spacing w:before="0" w:after="240"/>
      </w:pPr>
      <w:r>
        <w:t>Thank you for considering my application. I have attached my resume for your review and would welcome the opportunity to discuss how I can support your students.</w:t>
      </w:r>
    </w:p>
    <w:p>
      <w:pPr>
        <w:spacing w:before="160" w:after="0"/>
      </w:pPr>
      <w:r>
        <w:t>Kind regards,</w:t>
        <w:br/>
        <w:t>Your Name</w:t>
      </w:r>
    </w:p>
    <w:sectPr w:rsidR="00FC693F" w:rsidRPr="0006063C" w:rsidSect="00034616">
      <w:pgSz w:w="12240" w:h="15840"/>
      <w:pgMar w:top="1152" w:right="1296" w:bottom="1152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200" w:line="300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