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Supply Chain Manager</w:t>
      </w:r>
    </w:p>
    <w:p>
      <w:pPr>
        <w:spacing w:before="0" w:after="240"/>
      </w:pPr>
      <w:r>
        <w:t>I'm writing to apply for the Supply Chain Manager role at [Company Name]. My background covers procurement, inventory planning and distribution coordination, and I'm used to working across supplier, sales and warehouse teams to keep costs down without letting service levels slip.</w:t>
      </w:r>
    </w:p>
    <w:p>
      <w:pPr>
        <w:spacing w:before="0" w:after="240"/>
      </w:pPr>
      <w:r>
        <w:t>In a previous role I took over a supplier relationship that had drifted into repeated late deliveries and unclear performance terms. I renegotiated the contract around measurable service metrics, worked with the warehouse team to adjust reorder points in the meantime, and brought the delivery reliability back to an acceptable level within a few months without switching suppliers.</w:t>
      </w:r>
    </w:p>
    <w:p>
      <w:pPr>
        <w:spacing w:before="0" w:after="240"/>
      </w:pPr>
      <w:r>
        <w:t>[add one genuine, specific reason: a project, value, or market position you can point to] is what draws me to [Company Name] specifically, and I'd welcome the chance to bring my planning and negotiation experience to that context.</w:t>
      </w:r>
    </w:p>
    <w:p>
      <w:pPr>
        <w:spacing w:before="0" w:after="240"/>
      </w:pPr>
      <w:r>
        <w:t>Thank you for considering my application. I've attached my resume with further detail on my experience across supply chain strategy, supplier management and inventory planning, and I'd be glad to discuss the role further.</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