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Survey Interviewer</w:t>
      </w:r>
    </w:p>
    <w:p>
      <w:pPr>
        <w:spacing w:before="0" w:after="240"/>
      </w:pPr>
      <w:r>
        <w:t>I am applying for the Survey Interviewer position with [Company Name]. I have conducted structured interviews by telephone and online across market and social research projects, and I am comfortable working to script while keeping every response accurate and every respondent treated with respect.</w:t>
      </w:r>
    </w:p>
    <w:p>
      <w:pPr>
        <w:spacing w:before="0" w:after="240"/>
      </w:pPr>
      <w:r>
        <w:t>In my most recent interviewing role I worked across several studies at once, each with its own screening rules and quota targets. On one social research project I took on the evening shift, which had the highest refusal rate, and lifted completed interviews by working through callbacks systematically and rewording my introduction to explain the survey's purpose in plainer language without changing the scripted questions. I also cut the number of data queries raised against my records by checking my coded responses at the end of each session rather than leaving them for a supervisor to find.</w:t>
      </w:r>
    </w:p>
    <w:p>
      <w:pPr>
        <w:spacing w:before="0" w:after="240"/>
      </w:pPr>
      <w:r>
        <w:t>I would like to work for [Company Name] [add one genuine, specific reason: a project, value, or market position you can point to]. I am particularly interested in the mix of telephone and online interviewing the role covers, and in working somewhere that takes respondent consent and data privacy seriously rather than treating them as paperwork.</w:t>
      </w:r>
    </w:p>
    <w:p>
      <w:pPr>
        <w:spacing w:before="0" w:after="240"/>
      </w:pPr>
      <w:r>
        <w:t>Thank you for considering my application. My resume is attached, and I would welcome the chance to discuss how my interviewing and data accuracy experience fits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