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Switchboard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switchboard operator with experience managing high call volumes across PBX and VoIP systems. Skilled at routing calls efficiently, taking accurate messages and providing a welcoming first point of contact for callers and visitors. Committed to maintaining smooth communication flow in busy office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PBX telephone systems   •   VoIP platforms   •   Call management software   •   Visitor management systems   •   Multi-line call handling   •   Accurate message taking   •   Customer service   •   Attention to detail   •   Time and deadline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Switchboard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Answered incoming calls promptly and routed them to the correct extension or department, ensuring callers reached the right person without unnecessary transfers.</w:t>
      </w:r>
    </w:p>
    <w:p>
      <w:pPr>
        <w:pStyle w:val="ListBullet"/>
        <w:spacing w:after="80" w:line="276" w:lineRule="auto"/>
      </w:pPr>
      <w:r>
        <w:t>Operated a PBX console and VoIP platform to manage multiple lines simultaneously, handling peak periods efficiently.</w:t>
      </w:r>
    </w:p>
    <w:p>
      <w:pPr>
        <w:pStyle w:val="ListBullet"/>
        <w:spacing w:after="80" w:line="276" w:lineRule="auto"/>
      </w:pPr>
      <w:r>
        <w:t>Took accurate messages and passed them to staff within agreed timeframes, reducing missed follow-ups.</w:t>
      </w:r>
    </w:p>
    <w:p>
      <w:pPr>
        <w:pStyle w:val="ListBullet"/>
        <w:spacing w:after="80" w:line="276" w:lineRule="auto"/>
      </w:pPr>
      <w:r>
        <w:t>Greeted visitors, logged their arrival and directed them to the appropriate contact, supporting a positive front-of-house experience.</w:t>
      </w:r>
    </w:p>
    <w:p>
      <w:pPr>
        <w:pStyle w:val="ListBullet"/>
        <w:spacing w:after="240" w:line="276" w:lineRule="auto"/>
      </w:pPr>
      <w:r>
        <w:t>Handled routine enquiries about opening hours and department contacts, resolving common questions at first point of contact.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the typical entry point, though a Certificate III in Business or similar is also common. Employers usually provide on-the-job training in their specific switchboard systems.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