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Systems Administrator</w:t>
      </w:r>
    </w:p>
    <w:p>
      <w:pPr>
        <w:spacing w:before="0" w:after="240"/>
      </w:pPr>
      <w:r>
        <w:t>I'm writing to apply for the Systems Administrator role at [Company Name]. My background covers server and network administration, cloud infrastructure and the security discipline that keeps IT environments compliant, and this role's mix of hands-on infrastructure work and risk management suits that experience well.</w:t>
      </w:r>
    </w:p>
    <w:p>
      <w:pPr>
        <w:spacing w:before="0" w:after="240"/>
      </w:pPr>
      <w:r>
        <w:t>In a previous position I noticed a pattern of failed logins pointing to a misconfigured group policy rather than a genuine security incident. I traced the cause through Active Directory audit logs, corrected the policy and documented the fix so the next person on shift wouldn't have to retrace the same steps. That kind of methodical troubleshooting, backed by clear documentation, is how I approach most infrastructure problems.</w:t>
      </w:r>
    </w:p>
    <w:p>
      <w:pPr>
        <w:spacing w:before="0" w:after="240"/>
      </w:pPr>
      <w:r>
        <w:t>What draws me to [Company Name] specifically is [add one genuine, specific reason: a project, value, or market position you can point to]. I want to work somewhere my technical work has a visible impact rather than disappearing into a large, disconnected IT function.</w:t>
      </w:r>
    </w:p>
    <w:p>
      <w:pPr>
        <w:spacing w:before="0" w:after="240"/>
      </w:pPr>
      <w:r>
        <w:t>Thank you for considering my application. I've attached my resume with further detail on my experience and would welcome the chance to discuss how I can contribute to your IT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