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Systems Analyst</w:t>
      </w:r>
    </w:p>
    <w:p>
      <w:pPr>
        <w:spacing w:before="0" w:after="240"/>
      </w:pPr>
      <w:r>
        <w:t>I am applying for the Systems Analyst role at [Company Name]. My fit comes from a practical mix of requirements gathering, process mapping and technical coordination, and from an ability to keep business users and delivery teams working from the same set of agreed facts.</w:t>
      </w:r>
    </w:p>
    <w:p>
      <w:pPr>
        <w:spacing w:before="0" w:after="240"/>
      </w:pPr>
      <w:r>
        <w:t>In a recent role, I worked with a service team that had outgrown a manual approvals process. I interviewed users across three locations, documented the current workflow and wrote a functional specification for a revised system. I then worked with developers and testers through build and user acceptance testing. The change reduced the monthly approval cycle from nine days to five and removed a recurring source of complaint from the operations manager.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requirements and process skills to an organisation where system change is treated as a business problem, not just a technical one.</w:t>
      </w:r>
    </w:p>
    <w:p>
      <w:pPr>
        <w:spacing w:before="0" w:after="240"/>
      </w:pPr>
      <w:r>
        <w:t>Thank you for considering my application. My resume is attached, and I would welcome the chance to discuss how I can help [Company Name] get more value from its information systems.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