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Tattoo Artist</w:t>
      </w:r>
    </w:p>
    <w:p>
      <w:pPr>
        <w:spacing w:before="0" w:after="240"/>
      </w:pPr>
      <w:r>
        <w:t>I'm writing to apply for the Tattoo Artist position at [Company Name]. I bring a strong custom design practice, disciplined hygiene standards and a client-first approach to consultations, and I'd bring the same care to your studio's chair.</w:t>
      </w:r>
    </w:p>
    <w:p>
      <w:pPr>
        <w:spacing w:before="0" w:after="240"/>
      </w:pPr>
      <w:r>
        <w:t>In my current practice, I take a design from a rough client brief through sketch revisions to a finished stencil, adjusting linework and placement based on the client's feedback before the needle ever touches skin. I keep my station and equipment compliant with skin penetration health standards as a matter of routine, not just for inspections, and I follow up with every client on healing so touch-ups stay rare rather than expected.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matches the standard I hold myself to, both artistically and in how clients are looked after before and after their appointment.</w:t>
      </w:r>
    </w:p>
    <w:p>
      <w:pPr>
        <w:spacing w:before="0" w:after="240"/>
      </w:pPr>
      <w:r>
        <w:t>Thank you for considering my application. I've attached my resume and portfolio, and I'd welcome the chance to talk through my design process and how I could fit into your studio.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