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Tax Manager</w:t>
      </w:r>
    </w:p>
    <w:p>
      <w:pPr>
        <w:spacing w:before="0" w:after="240"/>
      </w:pPr>
      <w:r>
        <w:t>I am writing to apply for the Tax Manager role at [Company Name]. With a background in leading tax compliance and planning across multiple entities, I am confident I can help your finance team meet its obligations while identifying legitimate opportunities to improve its tax position.</w:t>
      </w:r>
    </w:p>
    <w:p>
      <w:pPr>
        <w:spacing w:before="0" w:after="240"/>
      </w:pPr>
      <w:r>
        <w:t>In my current role, I oversee the preparation and review of company tax returns for a group of entities, ensuring lodgement through ATO portals by statutory deadlines. I also track legislative changes and brief finance leaders on impacts, which has allowed us to adjust our tax positions proactively. One recent example was reviewing our group's tax positions before year-end and identifying planning opportunities that reduced our effective tax rate.</w:t>
      </w:r>
    </w:p>
    <w:p>
      <w:pPr>
        <w:spacing w:before="0" w:after="240"/>
      </w:pPr>
      <w:r>
        <w:t>Why this employer: [add one genuine, specific reason: a project, value, or market position you can point to]. I am keen to bring my experience in tax compliance, financial reporting and team leadership to [Company Name].</w:t>
      </w:r>
    </w:p>
    <w:p>
      <w:pPr>
        <w:spacing w:before="0" w:after="240"/>
      </w:pPr>
      <w:r>
        <w:t>Thank you for considering my application. I have attached my resume for your review and look forward to discussing how I can contribute to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