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Taxi Driver</w:t>
      </w:r>
    </w:p>
    <w:p>
      <w:pPr>
        <w:spacing w:before="0" w:after="240"/>
      </w:pPr>
      <w:r>
        <w:t>I am writing to apply for the Taxi Driver position with [Company Name]. I hold a current driver's licence and the relevant state driver accreditation, and I bring a steady record of safe driving, strong local knowledge and reliable customer service to every shift.</w:t>
      </w:r>
    </w:p>
    <w:p>
      <w:pPr>
        <w:spacing w:before="0" w:after="240"/>
      </w:pPr>
      <w:r>
        <w:t>In my most recent driving role, I built a regular client base by consistently confirming destinations clearly, choosing efficient routes with GPS navigation and local knowledge, and keeping the vehicle in good order through daily maintenance checks. I also kept accurate fare and trip records using the taxi meter and EFTPOS terminal, which meant end-of-shift reconciliation was quick and error-free.</w:t>
      </w:r>
    </w:p>
    <w:p>
      <w:pPr>
        <w:spacing w:before="0" w:after="240"/>
      </w:pPr>
      <w:r>
        <w:t>[Company Name] stands out to me because [add one genuine, specific reason: a project, value, or market position you can point to]. I want to bring my safety focus and customer service approach to a fleet that shares that standard.</w:t>
      </w:r>
    </w:p>
    <w:p>
      <w:pPr>
        <w:spacing w:before="0" w:after="240"/>
      </w:pPr>
      <w:r>
        <w:t>Thank you for considering my application. I have attached my resume and would welcome the chance to discuss how my driving record and service approach 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