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Teacher Aide</w:t>
      </w:r>
    </w:p>
    <w:p>
      <w:pPr>
        <w:spacing w:before="0" w:after="240"/>
      </w:pPr>
      <w:r>
        <w:t>I am writing to apply for the Teacher Aide position at [Company Name]. My experience supporting small-group learning and classroom routines in primary settings has given me a solid grounding in inclusive practice, and I would bring that same steady support to your teaching staff and students.</w:t>
      </w:r>
    </w:p>
    <w:p>
      <w:pPr>
        <w:spacing w:before="0" w:after="240"/>
      </w:pPr>
      <w:r>
        <w:t>In my most recent placement, I worked daily with a small group of students on structured phonics intervention using Phonics Boost, adjusting pace and materials to suit each student's individual learning plan. I also took on behaviour tracking during recess and lunchtime supervision, and flagged a pattern of difficulty to the classroom teacher that led to an updated support plan for one student. That experience taught me how much a teacher aide's day-to-day observations matter to the wider teaching team.</w:t>
      </w:r>
    </w:p>
    <w:p>
      <w:pPr>
        <w:spacing w:before="0" w:after="240"/>
      </w:pPr>
      <w:r>
        <w:t>[add one genuine, specific reason: a project, value, or market position you can point to]</w:t>
      </w:r>
    </w:p>
    <w:p>
      <w:pPr>
        <w:spacing w:before="0" w:after="240"/>
      </w:pPr>
      <w:r>
        <w:t>Thank you for considering my application. I have attached my resume and would welcome the opportunity to discuss how I can support your classrooms and students. I am happy to provide references or attend an interview at a time that suits the school.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