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Technical Writer</w:t>
      </w:r>
    </w:p>
    <w:p>
      <w:pPr>
        <w:spacing w:before="0" w:after="240"/>
      </w:pPr>
      <w:r>
        <w:t>I'm writing to apply for the Technical Writer position at [Company Name]. I build clear, accurate documentation for software and technical products, and I work well with developers and product teams to turn features into content that users can follow without a support call.</w:t>
      </w:r>
    </w:p>
    <w:p>
      <w:pPr>
        <w:spacing w:before="0" w:after="240"/>
      </w:pPr>
      <w:r>
        <w:t>In a previous role I wrote and maintained a full set of API documentation, including code samples, for a product used by external integration partners. That work meant fewer basic support tickets landing on the developer team, because partners could self-serve answers directly from the docs instead of raising a ticket for things already covered in the reference material.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sending out a generic application.</w:t>
      </w:r>
    </w:p>
    <w:p>
      <w:pPr>
        <w:spacing w:before="0" w:after="240"/>
      </w:pPr>
      <w:r>
        <w:t>Thank you for considering my application. I've attached my resume, which sets out my experience with documentation tools, version control and cross-team collaboration in more detail, and I'd welcome the chance to discuss how I could contribute to your documentation.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