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Technology Sales Representative</w:t>
      </w:r>
    </w:p>
    <w:p>
      <w:pPr>
        <w:spacing w:before="0" w:after="240"/>
      </w:pPr>
      <w:r>
        <w:t>I am writing to apply for the Technology Sales Representative role at [Company Name]. With a consultative approach to selling technology solutions and a track record of building pipeline and managing accounts, I am confident I can help your team meet revenue targets.</w:t>
      </w:r>
    </w:p>
    <w:p>
      <w:pPr>
        <w:spacing w:before="0" w:after="240"/>
      </w:pPr>
      <w:r>
        <w:t>In my previous role, I reduced quotation turnaround from five days to three while managing a portfolio of 20 accounts. I prospected and qualified new business opportunities, building a pipeline of over 50 leads per quarter across cloud and hardware solutions. I also collaborated with technical specialists to scope solutions, ensuring accurate fit for customer needs.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contribute to your continued success in the Australian technology market.</w:t>
      </w:r>
    </w:p>
    <w:p>
      <w:pPr>
        <w:spacing w:before="0" w:after="240"/>
      </w:pPr>
      <w:r>
        <w:t>Thank you for considering my application. I have attached my resume and look forward to the opportunity to discuss how my skills and experience align with your team's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