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Technology Sales Representative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Technology sales professional with a consultative approach to selling hardware, software and cloud solutions to business and government clients. Skilled at qualifying needs, building pipeline and managing accounts to meet revenue targets. Proficient in Salesforce, HubSpot and Microsoft Dynamics 365.</w:t>
      </w:r>
    </w:p>
    <w:p>
      <w:pPr>
        <w:spacing w:before="280" w:after="120"/>
        <w:jc w:val="left"/>
        <w:pBdr>
          <w:bottom w:val="single" w:sz="6" w:space="4" w:color="DFDED8"/>
        </w:pBdr>
      </w:pPr>
      <w:r>
        <w:rPr>
          <w:b/>
          <w:color w:val="2F62D9"/>
          <w:sz w:val="22"/>
        </w:rPr>
        <w:t>KEY SKILLS</w:t>
      </w:r>
    </w:p>
    <w:p>
      <w:pPr>
        <w:spacing w:before="0" w:after="200"/>
        <w:jc w:val="left"/>
      </w:pPr>
      <w:r>
        <w:t>Selling and negotiation   •   Account and relationship management   •   Consultative selling   •   Solution selling   •   Pipeline management   •   Sales forecasting   •   Salesforce   •   HubSpot   •   Microsoft Dynamics 365   •   LinkedIn Sales Navigator   •   Zoom   •   Proposal and quotation preparation   •   Product demonstrations   •   Stakeholder management   •   Written communication   •   Data storytelling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Technology Sales Representative</w:t>
      </w:r>
      <w:r>
        <w:t>, [Company Name], [City]</w:t>
      </w:r>
      <w:r>
        <w:rPr>
          <w:i/>
        </w:rPr>
        <w:tab/>
        <w:t>[Month Year] – [Month Year / Present]</w:t>
      </w:r>
    </w:p>
    <w:p>
      <w:pPr>
        <w:pStyle w:val="ListBullet"/>
        <w:spacing w:after="80" w:line="276" w:lineRule="auto"/>
      </w:pPr>
      <w:r>
        <w:t>Prospected and qualified new business opportunities, building a pipeline of over 50 leads per quarter across cloud and hardware solutions.</w:t>
      </w:r>
    </w:p>
    <w:p>
      <w:pPr>
        <w:pStyle w:val="ListBullet"/>
        <w:spacing w:after="80" w:line="276" w:lineRule="auto"/>
      </w:pPr>
      <w:r>
        <w:t>Prepared quotations, proposals and sales contracts, reducing turnaround from five days to three.</w:t>
      </w:r>
    </w:p>
    <w:p>
      <w:pPr>
        <w:pStyle w:val="ListBullet"/>
        <w:spacing w:after="80" w:line="276" w:lineRule="auto"/>
      </w:pPr>
      <w:r>
        <w:t>Demonstrated software and hardware to prospective clients, tailoring presentations to address specific pain points.</w:t>
      </w:r>
    </w:p>
    <w:p>
      <w:pPr>
        <w:pStyle w:val="ListBullet"/>
        <w:spacing w:after="80" w:line="276" w:lineRule="auto"/>
      </w:pPr>
      <w:r>
        <w:t>Managed a portfolio of 20 accounts, maintaining records in Salesforce and achieving consistent renewal rates.</w:t>
      </w:r>
    </w:p>
    <w:p>
      <w:pPr>
        <w:pStyle w:val="ListBullet"/>
        <w:spacing w:after="80" w:line="276" w:lineRule="auto"/>
      </w:pPr>
      <w:r>
        <w:t>Collaborated with technical specialists to scope solutions, ensuring accurate fit for customer needs.</w:t>
      </w:r>
    </w:p>
    <w:p>
      <w:pPr>
        <w:pStyle w:val="ListBullet"/>
        <w:spacing w:after="240" w:line="276" w:lineRule="auto"/>
      </w:pPr>
      <w:r>
        <w:t>Negotiated pricing and terms with procurement teams, closing deals that met both client and company objectives.</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information technology or a related field; some roles accept diploma or Year 12 with relevant sales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